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4CB62" w14:textId="77777777" w:rsidR="008F6FF6" w:rsidRDefault="00000000">
      <w:pPr>
        <w:jc w:val="center"/>
      </w:pPr>
      <w:r>
        <w:rPr>
          <w:b/>
          <w:sz w:val="34"/>
        </w:rPr>
        <w:t>FORMULARZ ZGŁOSZENIA ZMIAN W DZIAŁALNOŚCI LGD</w:t>
      </w:r>
    </w:p>
    <w:p w14:paraId="24FB6B22" w14:textId="77777777" w:rsidR="008F6FF6" w:rsidRDefault="00000000">
      <w:pPr>
        <w:jc w:val="center"/>
      </w:pPr>
      <w:r>
        <w:rPr>
          <w:i/>
        </w:rPr>
        <w:t>Propozycje zmian w LSR, usprawnień w funkcjonowaniu LGD oraz nowych inicjatyw</w:t>
      </w:r>
    </w:p>
    <w:p w14:paraId="5C49CCFE" w14:textId="77777777" w:rsidR="008F6FF6" w:rsidRDefault="00000000">
      <w:r>
        <w:t>Formularz służy do przyjmowania i ewidencjonowania propozycji dotyczących: (1) zmian w Lokalnej Strategii Rozwoju (LSR), (2) usprawnień w funkcjonowaniu Lokalnej Grupy Działania (LGD), (3) nowych inicjatyw. Zgłoszenie nie oznacza automatycznego przyjęcia propozycji. Każda propozycja podlega analizie zgodnie z obowiązującymi procedurami LGD.</w:t>
      </w:r>
    </w:p>
    <w:p w14:paraId="164A1DB8" w14:textId="77777777" w:rsidR="008F6FF6" w:rsidRDefault="00000000">
      <w:r>
        <w:rPr>
          <w:b/>
          <w:sz w:val="24"/>
        </w:rPr>
        <w:t>I. Dane osoby / podmiotu zgłaszającego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144"/>
        <w:gridCol w:w="5818"/>
      </w:tblGrid>
      <w:tr w:rsidR="008F6FF6" w14:paraId="0F33B20B" w14:textId="77777777">
        <w:trPr>
          <w:jc w:val="center"/>
        </w:trPr>
        <w:tc>
          <w:tcPr>
            <w:tcW w:w="4986" w:type="dxa"/>
            <w:vAlign w:val="center"/>
          </w:tcPr>
          <w:p w14:paraId="3462CF78" w14:textId="77777777" w:rsidR="008F6FF6" w:rsidRDefault="00000000">
            <w:pPr>
              <w:spacing w:after="40"/>
            </w:pPr>
            <w:r>
              <w:t>Imię i nazwisko / nazwa podmiotu:</w:t>
            </w:r>
          </w:p>
        </w:tc>
        <w:tc>
          <w:tcPr>
            <w:tcW w:w="4986" w:type="dxa"/>
            <w:vAlign w:val="center"/>
          </w:tcPr>
          <w:p w14:paraId="4DBE0E34" w14:textId="77777777" w:rsidR="008F6FF6" w:rsidRDefault="00000000">
            <w:pPr>
              <w:spacing w:after="40"/>
            </w:pPr>
            <w:r>
              <w:t>................................................................................................</w:t>
            </w:r>
          </w:p>
        </w:tc>
      </w:tr>
      <w:tr w:rsidR="008F6FF6" w14:paraId="399EA1BB" w14:textId="77777777">
        <w:trPr>
          <w:jc w:val="center"/>
        </w:trPr>
        <w:tc>
          <w:tcPr>
            <w:tcW w:w="4986" w:type="dxa"/>
            <w:vAlign w:val="center"/>
          </w:tcPr>
          <w:p w14:paraId="4D41F89B" w14:textId="77777777" w:rsidR="008F6FF6" w:rsidRDefault="00000000">
            <w:pPr>
              <w:spacing w:after="40"/>
            </w:pPr>
            <w:r>
              <w:t>Adres / miejscowość:</w:t>
            </w:r>
          </w:p>
        </w:tc>
        <w:tc>
          <w:tcPr>
            <w:tcW w:w="4986" w:type="dxa"/>
            <w:vAlign w:val="center"/>
          </w:tcPr>
          <w:p w14:paraId="76EB3D61" w14:textId="77777777" w:rsidR="008F6FF6" w:rsidRDefault="00000000">
            <w:pPr>
              <w:spacing w:after="40"/>
            </w:pPr>
            <w:r>
              <w:t>................................................................................................</w:t>
            </w:r>
          </w:p>
        </w:tc>
      </w:tr>
      <w:tr w:rsidR="008F6FF6" w14:paraId="71582296" w14:textId="77777777">
        <w:trPr>
          <w:jc w:val="center"/>
        </w:trPr>
        <w:tc>
          <w:tcPr>
            <w:tcW w:w="4986" w:type="dxa"/>
            <w:vAlign w:val="center"/>
          </w:tcPr>
          <w:p w14:paraId="15AF6791" w14:textId="77777777" w:rsidR="008F6FF6" w:rsidRDefault="00000000">
            <w:pPr>
              <w:spacing w:after="40"/>
            </w:pPr>
            <w:r>
              <w:t>E-mail:</w:t>
            </w:r>
          </w:p>
        </w:tc>
        <w:tc>
          <w:tcPr>
            <w:tcW w:w="4986" w:type="dxa"/>
            <w:vAlign w:val="center"/>
          </w:tcPr>
          <w:p w14:paraId="0524D6FC" w14:textId="77777777" w:rsidR="008F6FF6" w:rsidRDefault="00000000">
            <w:pPr>
              <w:spacing w:after="40"/>
            </w:pPr>
            <w:r>
              <w:t>................................................................................................</w:t>
            </w:r>
          </w:p>
        </w:tc>
      </w:tr>
      <w:tr w:rsidR="008F6FF6" w14:paraId="46EFE2D6" w14:textId="77777777">
        <w:trPr>
          <w:jc w:val="center"/>
        </w:trPr>
        <w:tc>
          <w:tcPr>
            <w:tcW w:w="4986" w:type="dxa"/>
            <w:vAlign w:val="center"/>
          </w:tcPr>
          <w:p w14:paraId="5D33D8AA" w14:textId="77777777" w:rsidR="008F6FF6" w:rsidRDefault="00000000">
            <w:pPr>
              <w:spacing w:after="40"/>
            </w:pPr>
            <w:r>
              <w:t>Telefon (opcjonalnie):</w:t>
            </w:r>
          </w:p>
        </w:tc>
        <w:tc>
          <w:tcPr>
            <w:tcW w:w="4986" w:type="dxa"/>
            <w:vAlign w:val="center"/>
          </w:tcPr>
          <w:p w14:paraId="290BDB7C" w14:textId="77777777" w:rsidR="008F6FF6" w:rsidRDefault="00000000">
            <w:pPr>
              <w:spacing w:after="40"/>
            </w:pPr>
            <w:r>
              <w:t>................................................................................................</w:t>
            </w:r>
          </w:p>
        </w:tc>
      </w:tr>
      <w:tr w:rsidR="008F6FF6" w14:paraId="76B26FD5" w14:textId="77777777">
        <w:trPr>
          <w:jc w:val="center"/>
        </w:trPr>
        <w:tc>
          <w:tcPr>
            <w:tcW w:w="4986" w:type="dxa"/>
            <w:vAlign w:val="center"/>
          </w:tcPr>
          <w:p w14:paraId="7BDE0DD2" w14:textId="77777777" w:rsidR="008F6FF6" w:rsidRDefault="00000000">
            <w:pPr>
              <w:spacing w:after="40"/>
            </w:pPr>
            <w:r>
              <w:t>Status zgłaszającego (np. mieszkaniec, przedsiębiorca, NGO, JST, członek LGD):</w:t>
            </w:r>
          </w:p>
        </w:tc>
        <w:tc>
          <w:tcPr>
            <w:tcW w:w="4986" w:type="dxa"/>
            <w:vAlign w:val="center"/>
          </w:tcPr>
          <w:p w14:paraId="10C52894" w14:textId="77777777" w:rsidR="008F6FF6" w:rsidRDefault="00000000">
            <w:pPr>
              <w:spacing w:after="40"/>
            </w:pPr>
            <w:r>
              <w:t>................................................................................................</w:t>
            </w:r>
          </w:p>
        </w:tc>
      </w:tr>
    </w:tbl>
    <w:p w14:paraId="367935D1" w14:textId="77777777" w:rsidR="008F6FF6" w:rsidRDefault="00000000">
      <w:r>
        <w:rPr>
          <w:b/>
          <w:sz w:val="24"/>
        </w:rPr>
        <w:t>II. Rodzaj zgłaszanej propozycji</w:t>
      </w:r>
    </w:p>
    <w:p w14:paraId="63125B14" w14:textId="77777777" w:rsidR="008F6FF6" w:rsidRDefault="008F6FF6"/>
    <w:p w14:paraId="523D0B65" w14:textId="77777777" w:rsidR="008F6FF6" w:rsidRDefault="00000000">
      <w:r>
        <w:t>☐ Zmiana w Lokalnej Strategii Rozwoju (LSR)</w:t>
      </w:r>
    </w:p>
    <w:p w14:paraId="0AEB0892" w14:textId="77777777" w:rsidR="008F6FF6" w:rsidRDefault="00000000">
      <w:r>
        <w:t>☐ Usprawnienie w funkcjonowaniu LGD</w:t>
      </w:r>
    </w:p>
    <w:p w14:paraId="75B48B93" w14:textId="77777777" w:rsidR="008F6FF6" w:rsidRDefault="00000000">
      <w:r>
        <w:t>☐ Nowa inicjatywa</w:t>
      </w:r>
    </w:p>
    <w:p w14:paraId="2A5B6BA2" w14:textId="77777777" w:rsidR="008F6FF6" w:rsidRDefault="00000000">
      <w:r>
        <w:t>☐ Inna propozycja: ....................................................................................</w:t>
      </w:r>
    </w:p>
    <w:p w14:paraId="103CE89E" w14:textId="77777777" w:rsidR="008F6FF6" w:rsidRDefault="00000000">
      <w:r>
        <w:rPr>
          <w:b/>
          <w:sz w:val="24"/>
        </w:rPr>
        <w:t>III. Opis propozycji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144"/>
        <w:gridCol w:w="5818"/>
      </w:tblGrid>
      <w:tr w:rsidR="008F6FF6" w14:paraId="6233039A" w14:textId="77777777">
        <w:trPr>
          <w:jc w:val="center"/>
        </w:trPr>
        <w:tc>
          <w:tcPr>
            <w:tcW w:w="4986" w:type="dxa"/>
            <w:vAlign w:val="center"/>
          </w:tcPr>
          <w:p w14:paraId="0BB4A2CF" w14:textId="77777777" w:rsidR="008F6FF6" w:rsidRDefault="00000000">
            <w:pPr>
              <w:spacing w:after="40"/>
            </w:pPr>
            <w:r>
              <w:t>Tytuł / nazwa propozycji:</w:t>
            </w:r>
          </w:p>
        </w:tc>
        <w:tc>
          <w:tcPr>
            <w:tcW w:w="4986" w:type="dxa"/>
            <w:vAlign w:val="center"/>
          </w:tcPr>
          <w:p w14:paraId="2BD69586" w14:textId="77777777" w:rsidR="008F6FF6" w:rsidRDefault="00000000">
            <w:pPr>
              <w:spacing w:after="40"/>
            </w:pPr>
            <w:r>
              <w:t>................................................................................................</w:t>
            </w:r>
          </w:p>
        </w:tc>
      </w:tr>
      <w:tr w:rsidR="008F6FF6" w14:paraId="1F85A0F6" w14:textId="77777777">
        <w:trPr>
          <w:jc w:val="center"/>
        </w:trPr>
        <w:tc>
          <w:tcPr>
            <w:tcW w:w="4986" w:type="dxa"/>
            <w:vAlign w:val="center"/>
          </w:tcPr>
          <w:p w14:paraId="5A1E278D" w14:textId="77777777" w:rsidR="008F6FF6" w:rsidRDefault="00000000">
            <w:pPr>
              <w:spacing w:after="40"/>
            </w:pPr>
            <w:r>
              <w:t>Opis proponowanej zmiany / usprawnienia / inicjatywy:</w:t>
            </w:r>
          </w:p>
        </w:tc>
        <w:tc>
          <w:tcPr>
            <w:tcW w:w="4986" w:type="dxa"/>
            <w:vAlign w:val="center"/>
          </w:tcPr>
          <w:p w14:paraId="51E028AF" w14:textId="77777777" w:rsidR="008F6FF6" w:rsidRDefault="00000000">
            <w:pPr>
              <w:spacing w:after="40"/>
            </w:pPr>
            <w:r>
              <w:t>................................................................................................</w:t>
            </w:r>
            <w:r>
              <w:br/>
              <w:t>................................................................................................</w:t>
            </w:r>
            <w:r>
              <w:br/>
              <w:t>................................................................................................</w:t>
            </w:r>
            <w:r>
              <w:br/>
              <w:t>................................................................................................</w:t>
            </w:r>
          </w:p>
        </w:tc>
      </w:tr>
      <w:tr w:rsidR="008F6FF6" w14:paraId="59A143AD" w14:textId="77777777">
        <w:trPr>
          <w:jc w:val="center"/>
        </w:trPr>
        <w:tc>
          <w:tcPr>
            <w:tcW w:w="4986" w:type="dxa"/>
            <w:vAlign w:val="center"/>
          </w:tcPr>
          <w:p w14:paraId="647CB99C" w14:textId="77777777" w:rsidR="008F6FF6" w:rsidRDefault="00000000">
            <w:pPr>
              <w:spacing w:after="40"/>
            </w:pPr>
            <w:r>
              <w:t>Obszar, którego dotyczy propozycja (np. LSR, nabory, komunikacja, animacja, projekty, partnerstwo, organizacja pracy LGD):</w:t>
            </w:r>
          </w:p>
        </w:tc>
        <w:tc>
          <w:tcPr>
            <w:tcW w:w="4986" w:type="dxa"/>
            <w:vAlign w:val="center"/>
          </w:tcPr>
          <w:p w14:paraId="1FE97103" w14:textId="77777777" w:rsidR="008F6FF6" w:rsidRDefault="00000000">
            <w:pPr>
              <w:spacing w:after="40"/>
            </w:pPr>
            <w:r>
              <w:t>................................................................................................</w:t>
            </w:r>
            <w:r>
              <w:br/>
              <w:t>................................................................................................</w:t>
            </w:r>
          </w:p>
        </w:tc>
      </w:tr>
    </w:tbl>
    <w:p w14:paraId="1AAE178C" w14:textId="77777777" w:rsidR="008F6FF6" w:rsidRDefault="00000000">
      <w:r>
        <w:rPr>
          <w:b/>
          <w:sz w:val="24"/>
        </w:rPr>
        <w:t>IV. Uzasadnienie i oczekiwane efekty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144"/>
        <w:gridCol w:w="5818"/>
      </w:tblGrid>
      <w:tr w:rsidR="008F6FF6" w14:paraId="0C639F6A" w14:textId="77777777">
        <w:trPr>
          <w:jc w:val="center"/>
        </w:trPr>
        <w:tc>
          <w:tcPr>
            <w:tcW w:w="4986" w:type="dxa"/>
            <w:vAlign w:val="center"/>
          </w:tcPr>
          <w:p w14:paraId="23CA0537" w14:textId="77777777" w:rsidR="008F6FF6" w:rsidRDefault="00000000">
            <w:pPr>
              <w:spacing w:after="40"/>
            </w:pPr>
            <w:r>
              <w:t>Jakiego problemu lub potrzeby dotyczy propozycja?</w:t>
            </w:r>
          </w:p>
        </w:tc>
        <w:tc>
          <w:tcPr>
            <w:tcW w:w="4986" w:type="dxa"/>
            <w:vAlign w:val="center"/>
          </w:tcPr>
          <w:p w14:paraId="1836E108" w14:textId="77777777" w:rsidR="008F6FF6" w:rsidRDefault="00000000">
            <w:pPr>
              <w:spacing w:after="40"/>
            </w:pPr>
            <w:r>
              <w:t>................................................................................................</w:t>
            </w:r>
            <w:r>
              <w:br/>
              <w:t>................................................................................................</w:t>
            </w:r>
            <w:r>
              <w:br/>
              <w:t>................................................................................................</w:t>
            </w:r>
          </w:p>
        </w:tc>
      </w:tr>
      <w:tr w:rsidR="008F6FF6" w14:paraId="7EBD61C4" w14:textId="77777777">
        <w:trPr>
          <w:jc w:val="center"/>
        </w:trPr>
        <w:tc>
          <w:tcPr>
            <w:tcW w:w="4986" w:type="dxa"/>
            <w:vAlign w:val="center"/>
          </w:tcPr>
          <w:p w14:paraId="64E75F20" w14:textId="77777777" w:rsidR="008F6FF6" w:rsidRDefault="00000000">
            <w:pPr>
              <w:spacing w:after="40"/>
            </w:pPr>
            <w:r>
              <w:t>Uzasadnienie potrzeby wprowadzenia propozycji:</w:t>
            </w:r>
          </w:p>
        </w:tc>
        <w:tc>
          <w:tcPr>
            <w:tcW w:w="4986" w:type="dxa"/>
            <w:vAlign w:val="center"/>
          </w:tcPr>
          <w:p w14:paraId="1B39429E" w14:textId="77777777" w:rsidR="008F6FF6" w:rsidRDefault="00000000">
            <w:pPr>
              <w:spacing w:after="40"/>
            </w:pPr>
            <w:r>
              <w:t>................................................................................................</w:t>
            </w:r>
            <w:r>
              <w:br/>
              <w:t>................................................................................................</w:t>
            </w:r>
            <w:r>
              <w:br/>
              <w:t>................................................................................................</w:t>
            </w:r>
          </w:p>
        </w:tc>
      </w:tr>
      <w:tr w:rsidR="008F6FF6" w14:paraId="54F1945F" w14:textId="77777777">
        <w:trPr>
          <w:jc w:val="center"/>
        </w:trPr>
        <w:tc>
          <w:tcPr>
            <w:tcW w:w="4986" w:type="dxa"/>
            <w:vAlign w:val="center"/>
          </w:tcPr>
          <w:p w14:paraId="425C8926" w14:textId="77777777" w:rsidR="008F6FF6" w:rsidRDefault="00000000">
            <w:pPr>
              <w:spacing w:after="40"/>
            </w:pPr>
            <w:r>
              <w:lastRenderedPageBreak/>
              <w:t>Przewidywane korzyści / efekty dla mieszkańców i obszaru LGD:</w:t>
            </w:r>
          </w:p>
        </w:tc>
        <w:tc>
          <w:tcPr>
            <w:tcW w:w="4986" w:type="dxa"/>
            <w:vAlign w:val="center"/>
          </w:tcPr>
          <w:p w14:paraId="730654D6" w14:textId="77777777" w:rsidR="008F6FF6" w:rsidRDefault="00000000">
            <w:pPr>
              <w:spacing w:after="40"/>
            </w:pPr>
            <w:r>
              <w:t>................................................................................................</w:t>
            </w:r>
            <w:r>
              <w:br/>
              <w:t>................................................................................................</w:t>
            </w:r>
            <w:r>
              <w:br/>
              <w:t>................................................................................................</w:t>
            </w:r>
          </w:p>
        </w:tc>
      </w:tr>
    </w:tbl>
    <w:p w14:paraId="52D5D973" w14:textId="77777777" w:rsidR="008F6FF6" w:rsidRDefault="00000000">
      <w:r>
        <w:rPr>
          <w:b/>
          <w:sz w:val="24"/>
        </w:rPr>
        <w:t>V. Sposób realizacji propozycji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144"/>
        <w:gridCol w:w="5818"/>
      </w:tblGrid>
      <w:tr w:rsidR="008F6FF6" w14:paraId="0F8B0D01" w14:textId="77777777">
        <w:trPr>
          <w:jc w:val="center"/>
        </w:trPr>
        <w:tc>
          <w:tcPr>
            <w:tcW w:w="4986" w:type="dxa"/>
            <w:vAlign w:val="center"/>
          </w:tcPr>
          <w:p w14:paraId="710401EB" w14:textId="77777777" w:rsidR="008F6FF6" w:rsidRDefault="00000000">
            <w:pPr>
              <w:spacing w:after="40"/>
            </w:pPr>
            <w:r>
              <w:t>Proponowany sposób wdrożenia:</w:t>
            </w:r>
          </w:p>
        </w:tc>
        <w:tc>
          <w:tcPr>
            <w:tcW w:w="4986" w:type="dxa"/>
            <w:vAlign w:val="center"/>
          </w:tcPr>
          <w:p w14:paraId="41CA78DA" w14:textId="77777777" w:rsidR="008F6FF6" w:rsidRDefault="00000000">
            <w:pPr>
              <w:spacing w:after="40"/>
            </w:pPr>
            <w:r>
              <w:t>................................................................................................</w:t>
            </w:r>
            <w:r>
              <w:br/>
              <w:t>................................................................................................</w:t>
            </w:r>
            <w:r>
              <w:br/>
              <w:t>................................................................................................</w:t>
            </w:r>
          </w:p>
        </w:tc>
      </w:tr>
      <w:tr w:rsidR="008F6FF6" w14:paraId="6B33C962" w14:textId="77777777">
        <w:trPr>
          <w:jc w:val="center"/>
        </w:trPr>
        <w:tc>
          <w:tcPr>
            <w:tcW w:w="4986" w:type="dxa"/>
            <w:vAlign w:val="center"/>
          </w:tcPr>
          <w:p w14:paraId="647E8F9D" w14:textId="77777777" w:rsidR="008F6FF6" w:rsidRDefault="00000000">
            <w:pPr>
              <w:spacing w:after="40"/>
            </w:pPr>
            <w:r>
              <w:t>Podmioty / osoby, które powinny być zaangażowane:</w:t>
            </w:r>
          </w:p>
        </w:tc>
        <w:tc>
          <w:tcPr>
            <w:tcW w:w="4986" w:type="dxa"/>
            <w:vAlign w:val="center"/>
          </w:tcPr>
          <w:p w14:paraId="66587956" w14:textId="77777777" w:rsidR="008F6FF6" w:rsidRDefault="00000000">
            <w:pPr>
              <w:spacing w:after="40"/>
            </w:pPr>
            <w:r>
              <w:t>................................................................................................</w:t>
            </w:r>
            <w:r>
              <w:br/>
              <w:t>................................................................................................</w:t>
            </w:r>
          </w:p>
        </w:tc>
      </w:tr>
      <w:tr w:rsidR="008F6FF6" w14:paraId="16576CF2" w14:textId="77777777">
        <w:trPr>
          <w:jc w:val="center"/>
        </w:trPr>
        <w:tc>
          <w:tcPr>
            <w:tcW w:w="4986" w:type="dxa"/>
            <w:vAlign w:val="center"/>
          </w:tcPr>
          <w:p w14:paraId="3CC19915" w14:textId="77777777" w:rsidR="008F6FF6" w:rsidRDefault="00000000">
            <w:pPr>
              <w:spacing w:after="40"/>
            </w:pPr>
            <w:r>
              <w:t>Szacowany termin realizacji:</w:t>
            </w:r>
          </w:p>
        </w:tc>
        <w:tc>
          <w:tcPr>
            <w:tcW w:w="4986" w:type="dxa"/>
            <w:vAlign w:val="center"/>
          </w:tcPr>
          <w:p w14:paraId="6A1A846E" w14:textId="77777777" w:rsidR="008F6FF6" w:rsidRDefault="00000000">
            <w:pPr>
              <w:spacing w:after="40"/>
            </w:pPr>
            <w:r>
              <w:t>................................................................................................</w:t>
            </w:r>
          </w:p>
        </w:tc>
      </w:tr>
      <w:tr w:rsidR="008F6FF6" w14:paraId="724FC3B3" w14:textId="77777777">
        <w:trPr>
          <w:jc w:val="center"/>
        </w:trPr>
        <w:tc>
          <w:tcPr>
            <w:tcW w:w="4986" w:type="dxa"/>
            <w:vAlign w:val="center"/>
          </w:tcPr>
          <w:p w14:paraId="32FB327E" w14:textId="77777777" w:rsidR="008F6FF6" w:rsidRDefault="00000000">
            <w:pPr>
              <w:spacing w:after="40"/>
            </w:pPr>
            <w:r>
              <w:t>Szacunkowe zasoby / koszty (jeżeli są znane):</w:t>
            </w:r>
          </w:p>
        </w:tc>
        <w:tc>
          <w:tcPr>
            <w:tcW w:w="4986" w:type="dxa"/>
            <w:vAlign w:val="center"/>
          </w:tcPr>
          <w:p w14:paraId="69CCD68D" w14:textId="77777777" w:rsidR="008F6FF6" w:rsidRDefault="00000000">
            <w:pPr>
              <w:spacing w:after="40"/>
            </w:pPr>
            <w:r>
              <w:t>................................................................................................</w:t>
            </w:r>
          </w:p>
        </w:tc>
      </w:tr>
    </w:tbl>
    <w:p w14:paraId="79139A1E" w14:textId="77777777" w:rsidR="008F6FF6" w:rsidRDefault="00000000">
      <w:r>
        <w:rPr>
          <w:b/>
          <w:sz w:val="24"/>
        </w:rPr>
        <w:t>VI. Załączniki i dodatkowe informacje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144"/>
        <w:gridCol w:w="5818"/>
      </w:tblGrid>
      <w:tr w:rsidR="008F6FF6" w14:paraId="5E1A2B07" w14:textId="77777777">
        <w:trPr>
          <w:jc w:val="center"/>
        </w:trPr>
        <w:tc>
          <w:tcPr>
            <w:tcW w:w="4986" w:type="dxa"/>
            <w:vAlign w:val="center"/>
          </w:tcPr>
          <w:p w14:paraId="000C66EA" w14:textId="77777777" w:rsidR="008F6FF6" w:rsidRDefault="00000000">
            <w:pPr>
              <w:spacing w:after="40"/>
            </w:pPr>
            <w:r>
              <w:t>Czy dołączono dokumenty / materiały pomocnicze?</w:t>
            </w:r>
          </w:p>
        </w:tc>
        <w:tc>
          <w:tcPr>
            <w:tcW w:w="4986" w:type="dxa"/>
            <w:vAlign w:val="center"/>
          </w:tcPr>
          <w:p w14:paraId="76D4D5C7" w14:textId="77777777" w:rsidR="008F6FF6" w:rsidRDefault="00000000">
            <w:pPr>
              <w:spacing w:after="40"/>
            </w:pPr>
            <w:r>
              <w:t>☐ Nie   ☐ Tak, liczba załączników: ............</w:t>
            </w:r>
          </w:p>
        </w:tc>
      </w:tr>
      <w:tr w:rsidR="008F6FF6" w14:paraId="58852A0D" w14:textId="77777777">
        <w:trPr>
          <w:jc w:val="center"/>
        </w:trPr>
        <w:tc>
          <w:tcPr>
            <w:tcW w:w="4986" w:type="dxa"/>
            <w:vAlign w:val="center"/>
          </w:tcPr>
          <w:p w14:paraId="2CF19D36" w14:textId="77777777" w:rsidR="008F6FF6" w:rsidRDefault="00000000">
            <w:pPr>
              <w:spacing w:after="40"/>
            </w:pPr>
            <w:r>
              <w:t>Dodatkowe uwagi:</w:t>
            </w:r>
          </w:p>
        </w:tc>
        <w:tc>
          <w:tcPr>
            <w:tcW w:w="4986" w:type="dxa"/>
            <w:vAlign w:val="center"/>
          </w:tcPr>
          <w:p w14:paraId="4C28E926" w14:textId="77777777" w:rsidR="008F6FF6" w:rsidRDefault="00000000">
            <w:pPr>
              <w:spacing w:after="40"/>
            </w:pPr>
            <w:r>
              <w:t>................................................................................................</w:t>
            </w:r>
            <w:r>
              <w:br/>
              <w:t>................................................................................................</w:t>
            </w:r>
            <w:r>
              <w:br/>
              <w:t>................................................................................................</w:t>
            </w:r>
          </w:p>
        </w:tc>
      </w:tr>
    </w:tbl>
    <w:p w14:paraId="07AB06FF" w14:textId="77777777" w:rsidR="008F6FF6" w:rsidRDefault="00000000">
      <w:r>
        <w:rPr>
          <w:b/>
          <w:sz w:val="24"/>
        </w:rPr>
        <w:t>VII. Oświadczenie zgłaszającego</w:t>
      </w:r>
    </w:p>
    <w:p w14:paraId="4738290C" w14:textId="77777777" w:rsidR="008F6FF6" w:rsidRDefault="00000000">
      <w:r>
        <w:t>Oświadczam, że przedstawiona propozycja jest zgodna z moją wiedzą i intencją. Wyrażam zgodę na wykorzystanie treści zgłoszenia przez LGD w celu jego analizy, konsultacji oraz rozpatrzenia zgodnie z obowiązującymi zasadami i procedurami.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144"/>
        <w:gridCol w:w="5818"/>
      </w:tblGrid>
      <w:tr w:rsidR="008F6FF6" w14:paraId="326229FE" w14:textId="77777777">
        <w:trPr>
          <w:jc w:val="center"/>
        </w:trPr>
        <w:tc>
          <w:tcPr>
            <w:tcW w:w="4986" w:type="dxa"/>
            <w:vAlign w:val="center"/>
          </w:tcPr>
          <w:p w14:paraId="508B84FB" w14:textId="77777777" w:rsidR="008F6FF6" w:rsidRDefault="00000000">
            <w:pPr>
              <w:spacing w:after="40"/>
            </w:pPr>
            <w:r>
              <w:t>Miejscowość i data:</w:t>
            </w:r>
          </w:p>
        </w:tc>
        <w:tc>
          <w:tcPr>
            <w:tcW w:w="4986" w:type="dxa"/>
            <w:vAlign w:val="center"/>
          </w:tcPr>
          <w:p w14:paraId="13795FF0" w14:textId="77777777" w:rsidR="008F6FF6" w:rsidRDefault="00000000">
            <w:pPr>
              <w:spacing w:after="40"/>
            </w:pPr>
            <w:r>
              <w:t>................................................................................................</w:t>
            </w:r>
          </w:p>
        </w:tc>
      </w:tr>
      <w:tr w:rsidR="008F6FF6" w14:paraId="7F4795FB" w14:textId="77777777">
        <w:trPr>
          <w:jc w:val="center"/>
        </w:trPr>
        <w:tc>
          <w:tcPr>
            <w:tcW w:w="4986" w:type="dxa"/>
            <w:vAlign w:val="center"/>
          </w:tcPr>
          <w:p w14:paraId="7AF1CAC3" w14:textId="77777777" w:rsidR="008F6FF6" w:rsidRDefault="00000000">
            <w:pPr>
              <w:spacing w:after="40"/>
            </w:pPr>
            <w:r>
              <w:t>Podpis zgłaszającego:</w:t>
            </w:r>
          </w:p>
        </w:tc>
        <w:tc>
          <w:tcPr>
            <w:tcW w:w="4986" w:type="dxa"/>
            <w:vAlign w:val="center"/>
          </w:tcPr>
          <w:p w14:paraId="28FCA4B6" w14:textId="77777777" w:rsidR="008F6FF6" w:rsidRDefault="00000000">
            <w:pPr>
              <w:spacing w:after="40"/>
            </w:pPr>
            <w:r>
              <w:t>................................................................................................</w:t>
            </w:r>
          </w:p>
        </w:tc>
      </w:tr>
    </w:tbl>
    <w:p w14:paraId="031FA8A4" w14:textId="77777777" w:rsidR="00AB147E" w:rsidRDefault="00AB147E"/>
    <w:sectPr w:rsidR="00AB147E" w:rsidSect="00034616">
      <w:footerReference w:type="default" r:id="rId8"/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B2299" w14:textId="77777777" w:rsidR="00AB147E" w:rsidRDefault="00AB147E">
      <w:pPr>
        <w:spacing w:after="0" w:line="240" w:lineRule="auto"/>
      </w:pPr>
      <w:r>
        <w:separator/>
      </w:r>
    </w:p>
  </w:endnote>
  <w:endnote w:type="continuationSeparator" w:id="0">
    <w:p w14:paraId="1FC16490" w14:textId="77777777" w:rsidR="00AB147E" w:rsidRDefault="00AB1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31599" w14:textId="65A86BEE" w:rsidR="008F6FF6" w:rsidRDefault="00EE6E13">
    <w:pPr>
      <w:pStyle w:val="Stopka"/>
      <w:jc w:val="center"/>
    </w:pPr>
    <w:r>
      <w:rPr>
        <w:noProof/>
      </w:rPr>
      <w:drawing>
        <wp:inline distT="0" distB="0" distL="0" distR="0" wp14:anchorId="09418313" wp14:editId="6C48652A">
          <wp:extent cx="5848350" cy="922529"/>
          <wp:effectExtent l="0" t="0" r="0" b="0"/>
          <wp:docPr id="8680405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8040573" name="Obraz 86804057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80357" cy="927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CCB48" w14:textId="77777777" w:rsidR="00AB147E" w:rsidRDefault="00AB147E">
      <w:pPr>
        <w:spacing w:after="0" w:line="240" w:lineRule="auto"/>
      </w:pPr>
      <w:r>
        <w:separator/>
      </w:r>
    </w:p>
  </w:footnote>
  <w:footnote w:type="continuationSeparator" w:id="0">
    <w:p w14:paraId="6CC8B817" w14:textId="77777777" w:rsidR="00AB147E" w:rsidRDefault="00AB1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3639486">
    <w:abstractNumId w:val="8"/>
  </w:num>
  <w:num w:numId="2" w16cid:durableId="129521450">
    <w:abstractNumId w:val="6"/>
  </w:num>
  <w:num w:numId="3" w16cid:durableId="254749816">
    <w:abstractNumId w:val="5"/>
  </w:num>
  <w:num w:numId="4" w16cid:durableId="1243831911">
    <w:abstractNumId w:val="4"/>
  </w:num>
  <w:num w:numId="5" w16cid:durableId="1477335553">
    <w:abstractNumId w:val="7"/>
  </w:num>
  <w:num w:numId="6" w16cid:durableId="1373000994">
    <w:abstractNumId w:val="3"/>
  </w:num>
  <w:num w:numId="7" w16cid:durableId="1552810121">
    <w:abstractNumId w:val="2"/>
  </w:num>
  <w:num w:numId="8" w16cid:durableId="669597493">
    <w:abstractNumId w:val="1"/>
  </w:num>
  <w:num w:numId="9" w16cid:durableId="198824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F6FF6"/>
    <w:rsid w:val="00AA1D8D"/>
    <w:rsid w:val="00AB147E"/>
    <w:rsid w:val="00B47730"/>
    <w:rsid w:val="00C8732B"/>
    <w:rsid w:val="00CB0664"/>
    <w:rsid w:val="00EE6E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8A45F8"/>
  <w14:defaultImageDpi w14:val="300"/>
  <w15:docId w15:val="{23C70A7B-99FF-4BF0-8B92-ECFD13FDA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742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Lokalna Grupa</cp:lastModifiedBy>
  <cp:revision>2</cp:revision>
  <dcterms:created xsi:type="dcterms:W3CDTF">2026-08-14T07:47:00Z</dcterms:created>
  <dcterms:modified xsi:type="dcterms:W3CDTF">2026-08-14T07:47:00Z</dcterms:modified>
  <cp:category/>
</cp:coreProperties>
</file>